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תהליך הכנת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יכירו את שלבי התהליך ליצירת עיתון ספרותי 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יתרגלו מושגים הקשורים לכתיבה עיתונאית-ספרותית כמו ליד, תמה ודבר העורכים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יבינו את חשיבות העבודה הצוותית, המשוב והעריכה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מרכזית, כתבות משנה, דבר העורכים, עימוד ואלמנט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שיעור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כתבת המשנה אישית והכתבה המרכזית ודבר העורכים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הצוותים מחליפים טיוטות ומקבלים הערות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שיעור לפעילות המרכזית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(הרכבת צוותים ובחירת תמה)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(ניסוח כותרת, כותרת משנה וליד)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תמה משותפת והרכבת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הכתבה המרכזית - כותרת, 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וכתיבת כתבות המשנה האישיות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ישיבת מערכת וכתיבת דבר העורכים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ומושכת, כותרת משנה שמוסיפה פרט חדש, קשר ברור ליצירה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לפחות שניים מארבעת החלקים: כתבה מרכזית, כתבות משנה, דבר העורכים, עימוד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זיהוי=לאתר את המושג, פירוש=להסביר מה הוא תורם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עזרה בשיפור הטיוטה לפני כתיבה סופית, דרך הערות בונות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מהעיתון לדוגמה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דף התרגול לשניים: חלק תוכן וחלק כתיבה, לפי 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להתייעץ בזוגות לפני 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תהליך הכנת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בעשרה שיעורים צוותים יוצרים יחד עיתון ספרותי: בוחרים תמה, כותבים כתבה מרכזית וכתבות משנה, מנסחים דבר עורכים ועורכים את הגיליון. דף זה מתרגל את שלבי התהליך והמושגים המרכזיים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תמה  ·  ליד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ארבעת חלקי המשימה בעיתון הספרותי?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 מרכזית, כתבות משנה, דבר העורכים, עימוד ואלמנט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כותרת, תמונה, פרסומת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מבוא, גוף, סיכום וביבליוגרפיה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שיעור הצוותים בוחרים תמה משותפת ליצירות?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שיעור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בעיתון הספרותי יש גם חלק אישי וגם חלק משותף לצוות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עמיתים נועד לעזור לשפר את הטיוטה לפני השכתוב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הפתיחה הקצרה שמתמצתת את עיקרי הכתבה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צוות בוחר __________ אחת המשותפת לכל היצירות שנלמדו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שיעור לפעילות המרכזית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שיעור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ניסוח כותרת, כותרת משנה וליד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הרכבת צוותים ובחירת תמה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התהליך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הכתבה המרכזית - כותרת, ליד וגוף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וכתיבת כתבות המשנה האישיות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ישיבת מערכת וכתיבת דבר העורכים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תמה משותפת והרכבת 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כותרת ראשית וכותרת משנה לכתבה מרכזית על נושא מתוך 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חלקים שחייבים להופיע בכל עיתון ספרותי שיתופי?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לזהות מושג ספרותי לבין לפרש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תהליך הכנת עיתון ספרותי 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