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תהליך הכנת עיתון ספרותי 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יכירו את שלבי התהליך ליצירת עיתון ספרותי שיתופי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יתרגלו מושגים הקשורים לכתיבה עיתונאית-ספרותית כמו ליד, תמה ודבר העורכים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יבינו את חשיבות העבודה הצוותית, המשוב והעריכה בתהליך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כתבה מרכזית, כתבות משנה, דבר העורכים, עימוד ואלמנט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לפתוח ולתמצת את עיקרי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שיעור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צוות אחר מעיין בגיליון ומסמן הערות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תובנה מוסכמת, מחלוקות והשלכה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כתבת המשנה אישית והכתבה המרכזית ודבר העורכים משותפים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תלמיד/ה בוחר/ת סוג שונה כדי שלא תהיה כפילות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הצוותים מחליפים טיוטות ומקבלים הערות לשיפור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בסיור גלריה קוראים לפחות שני עיתונים של צוותים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דבר העורכים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שיעור לפעילות המרכזית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(הרכבת צוותים ובחירת תמה)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(ניסוח כותרת, כותרת משנה וליד)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(תכנון כתבת משנה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(כתיבת דבר העורכים)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(הצגת הגיליונות ורפלקציה)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התהליך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תמה משותפת והרכבת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הכתבה המרכזית - כותרת, ליד וגוף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תכנון וכתיבת כתבות המשנה האישיות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ישיבת מערכת וכתיבת דבר העורכים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עריכה, הגהה והצגת הגיליון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קצרה ומושכת, כותרת משנה שמוסיפה פרט חדש, קשר ברור ליצירה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תפקיד מתוך התהליך (למשל עורך לשון, כותב כתבה מרכזית) עם נימוק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לשם לפחות שניים מארבעת החלקים: כתבה מרכזית, כתבות משנה, דבר העורכים, עימוד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זיהוי=לאתר את המושג, פירוש=להסביר מה הוא תורם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עזרה בשיפור הטיוטה לפני כתיבה סופית, דרך הערות בונות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מהעיתון לדוגמה לפני פתרון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דף התרגול לשניים: חלק תוכן וחלק כתיבה, לפי זמן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לתלמידים להתייעץ בזוגות לפני כתיבה 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תהליך הכנת עיתון ספרותי 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בעשרה שיעורים צוותים יוצרים יחד עיתון ספרותי: בוחרים תמה, כותבים כתבה מרכזית וכתבות משנה, מנסחים דבר עורכים ועורכים את הגיליון. דף זה מתרגל את שלבי התהליך והמושגים המרכזיים 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ארבעת חלקי המשימה בעיתון הספרותי?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 מרכזית, כתבות משנה, דבר העורכים, עימוד ואלמנט חזותי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כותרת, תמונה, פרסומת ותאריך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מבוא, גוף, סיכום וביבליוגרפיה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הצוות, תאריך, מורה וציון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הליד בכתבה?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לפתוח ולתמצת את עיקרי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לסכם את הכתבה בסופה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להציג רק את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לרשום את מקורות המידע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שיעור הצוותים בוחרים תמה משותפת ליצירות?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שיעור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בודקים בבדיקה הצולבת בשיעור העריכה?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צוות אחר מעיין בגיליון ומסמן הערות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 בודק לבד בלי הצוותים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תלמיד בודק רק את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בדיקה כזו בתהליך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צריך להופיע בדבר העורכים?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תובנה מוסכמת, מחלוקות והשלכה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כותרת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מקורות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 זמנים להגשה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בעיתון הספרותי יש גם חלק אישי וגם חלק משותף לצוות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חברי הצוות כותבים אותו סוג כתבת משנה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עמיתים נועד לעזור לשפר את הטיוטה לפני השכתוב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הגיליון כל צוות קורא רק את העיתון של 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הפתיחה הקצרה שמתמצתת את עיקרי הכתבה המרכזית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צוות בוחר __________ אחת המשותפת לכל היצירות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ההגשה הצוות עורך __________ כדי לאתר טעויות כתיב ולשון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ב__________ מנסחים הצוותים תובנה מוסכמת ולפחות שתי מחלוקות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בשיעור הראשון התלמידים ממלאים כרטיס __________ על מה מסקרן ומה מדאיג אותם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שיעור לפעילות המרכזית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שיעור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תכנון כתבת משנה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שיעור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הצגת הגיליונות ורפלקציה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שיעור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הרכבת צוותים ובחירת תמה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שיעור 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ניסוח כותרת, כותרת משנה וליד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שיעור 10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כתיבת דבר העורכים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התהליך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הכתבה המרכזית - כותרת, ליד וגוף הכתבה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עריכה, הגהה והצגת הגיליון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תמה משותפת והרכבת צוות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ישיבת מערכת וכתיבת דבר העורכים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וכתיבת כתבות המשנה האישיות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כותרת ראשית וכותרת משנה לכתבה מרכזית על נושא מתוך יצירה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תפקיד אחד שהייתם רוצים למלא בצוות העיתון ונמקו את הבחירה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חלקים שחייבים להופיע בכל עיתון ספרותי שיתופי?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לזהות מושג ספרותי לבין לפרש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משוב העמיתים בתהליך הכתיבה?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תהליך הכנת עיתון ספרותי שיתופי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